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1014" w14:textId="261751CD" w:rsidR="00C65EF4" w:rsidRDefault="00A61D2C">
      <w:pPr>
        <w:spacing w:after="40"/>
      </w:pPr>
      <w:r>
        <w:rPr>
          <w:b/>
          <w:noProof/>
          <w:color w:val="243B5A"/>
          <w:sz w:val="40"/>
        </w:rPr>
        <w:drawing>
          <wp:anchor distT="0" distB="0" distL="114300" distR="114300" simplePos="0" relativeHeight="251658240" behindDoc="1" locked="0" layoutInCell="1" allowOverlap="1" wp14:anchorId="22621A3D" wp14:editId="721F356D">
            <wp:simplePos x="0" y="0"/>
            <wp:positionH relativeFrom="column">
              <wp:posOffset>2860675</wp:posOffset>
            </wp:positionH>
            <wp:positionV relativeFrom="paragraph">
              <wp:posOffset>-2143125</wp:posOffset>
            </wp:positionV>
            <wp:extent cx="3495675" cy="4894259"/>
            <wp:effectExtent l="0" t="0" r="0" b="0"/>
            <wp:wrapNone/>
            <wp:docPr id="8320398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39807" name="Grafik 8320398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4894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00000">
        <w:rPr>
          <w:b/>
          <w:color w:val="243B5A"/>
          <w:sz w:val="40"/>
        </w:rPr>
        <w:t>Widerrufsformular</w:t>
      </w:r>
      <w:proofErr w:type="spellEnd"/>
    </w:p>
    <w:p w14:paraId="5A41AE6C" w14:textId="38CD5CFB" w:rsidR="00C65EF4" w:rsidRDefault="00000000">
      <w:pPr>
        <w:spacing w:after="180"/>
      </w:pPr>
      <w:proofErr w:type="spellStart"/>
      <w:r>
        <w:rPr>
          <w:color w:val="464E58"/>
          <w:sz w:val="19"/>
        </w:rPr>
        <w:t>SehVia</w:t>
      </w:r>
      <w:proofErr w:type="spellEnd"/>
      <w:r>
        <w:rPr>
          <w:color w:val="464E58"/>
          <w:sz w:val="19"/>
        </w:rPr>
        <w:t xml:space="preserve"> - </w:t>
      </w:r>
      <w:proofErr w:type="spellStart"/>
      <w:r>
        <w:rPr>
          <w:color w:val="464E58"/>
          <w:sz w:val="19"/>
        </w:rPr>
        <w:t>Mobiler</w:t>
      </w:r>
      <w:proofErr w:type="spellEnd"/>
      <w:r>
        <w:rPr>
          <w:color w:val="464E58"/>
          <w:sz w:val="19"/>
        </w:rPr>
        <w:t xml:space="preserve"> </w:t>
      </w:r>
      <w:proofErr w:type="spellStart"/>
      <w:r>
        <w:rPr>
          <w:color w:val="464E58"/>
          <w:sz w:val="19"/>
        </w:rPr>
        <w:t>Optiker</w:t>
      </w:r>
      <w:proofErr w:type="spellEnd"/>
    </w:p>
    <w:p w14:paraId="24CD594D" w14:textId="77777777" w:rsidR="00C65EF4" w:rsidRDefault="00C65EF4">
      <w:pPr>
        <w:pBdr>
          <w:bottom w:val="single" w:sz="18" w:space="1" w:color="D9A441"/>
        </w:pBdr>
      </w:pPr>
    </w:p>
    <w:p w14:paraId="74E7A04F" w14:textId="77777777" w:rsidR="00C65EF4" w:rsidRDefault="00000000">
      <w:r>
        <w:t>Wenn Sie den Vertrag widerrufen wollen, dann füllen Sie bitte dieses Formular aus und senden Sie es zurück.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C65EF4" w14:paraId="4A74F604" w14:textId="77777777">
        <w:trPr>
          <w:jc w:val="center"/>
        </w:trPr>
        <w:tc>
          <w:tcPr>
            <w:tcW w:w="9638" w:type="dxa"/>
            <w:shd w:val="clear" w:color="auto" w:fill="F4F6F8"/>
            <w:vAlign w:val="center"/>
          </w:tcPr>
          <w:p w14:paraId="74FDDF85" w14:textId="37FDFE73" w:rsidR="00C65EF4" w:rsidRDefault="00000000">
            <w:r>
              <w:rPr>
                <w:b/>
                <w:color w:val="243B5A"/>
              </w:rPr>
              <w:t>An</w:t>
            </w:r>
            <w:r>
              <w:rPr>
                <w:b/>
                <w:color w:val="243B5A"/>
              </w:rPr>
              <w:br/>
            </w:r>
            <w:proofErr w:type="spellStart"/>
            <w:r>
              <w:t>SehVia</w:t>
            </w:r>
            <w:proofErr w:type="spellEnd"/>
            <w:r>
              <w:t xml:space="preserve"> - </w:t>
            </w:r>
            <w:proofErr w:type="spellStart"/>
            <w:r>
              <w:t>Mobiler</w:t>
            </w:r>
            <w:proofErr w:type="spellEnd"/>
            <w:r>
              <w:t xml:space="preserve"> Optiker</w:t>
            </w:r>
            <w:r>
              <w:br/>
              <w:t>Inhaberin: Jennifer Gruhne</w:t>
            </w:r>
            <w:r>
              <w:br/>
              <w:t>Papiermühlstraße 10A</w:t>
            </w:r>
            <w:r>
              <w:br/>
              <w:t>04299 Leipzig</w:t>
            </w:r>
            <w:r>
              <w:br/>
              <w:t>E-Mail: kontakt@sehvia.com</w:t>
            </w:r>
          </w:p>
        </w:tc>
      </w:tr>
    </w:tbl>
    <w:p w14:paraId="040EC54F" w14:textId="77777777" w:rsidR="00C65EF4" w:rsidRDefault="00C65EF4"/>
    <w:p w14:paraId="45B4109C" w14:textId="77777777" w:rsidR="00C65EF4" w:rsidRDefault="00000000">
      <w:pPr>
        <w:spacing w:after="160"/>
      </w:pPr>
      <w:r>
        <w:t>Hiermit widerrufe(n) ich/wir (*) den von mir/uns (*) abgeschlossenen Vertrag über den Kauf der folgenden Waren (*)/die Erbringung der folgenden Dienstleistung (*):</w:t>
      </w:r>
    </w:p>
    <w:p w14:paraId="27EE1142" w14:textId="77777777" w:rsidR="00C65EF4" w:rsidRDefault="00000000">
      <w:pPr>
        <w:spacing w:after="40"/>
      </w:pPr>
      <w:r>
        <w:rPr>
          <w:b/>
          <w:sz w:val="18"/>
        </w:rPr>
        <w:t>Waren / Dienstleistung</w:t>
      </w:r>
    </w:p>
    <w:p w14:paraId="7318C99F" w14:textId="77777777" w:rsidR="00C65EF4" w:rsidRDefault="00000000">
      <w:pPr>
        <w:spacing w:after="60" w:line="240" w:lineRule="auto"/>
      </w:pPr>
      <w:r>
        <w:rPr>
          <w:color w:val="AAB0B8"/>
        </w:rPr>
        <w:t>________________________________________________________________________________</w:t>
      </w:r>
    </w:p>
    <w:p w14:paraId="18FBBEE4" w14:textId="77777777" w:rsidR="00C65EF4" w:rsidRDefault="00000000">
      <w:pPr>
        <w:spacing w:after="60" w:line="240" w:lineRule="auto"/>
      </w:pPr>
      <w:r>
        <w:rPr>
          <w:color w:val="AAB0B8"/>
        </w:rPr>
        <w:t>________________________________________________________________________________</w:t>
      </w:r>
    </w:p>
    <w:p w14:paraId="0CD6FA7C" w14:textId="77777777" w:rsidR="00C65EF4" w:rsidRDefault="00000000">
      <w:pPr>
        <w:spacing w:after="60" w:line="240" w:lineRule="auto"/>
      </w:pPr>
      <w:r>
        <w:rPr>
          <w:color w:val="AAB0B8"/>
        </w:rPr>
        <w:t>________________________________________________________________________________</w:t>
      </w:r>
    </w:p>
    <w:p w14:paraId="2E542FBB" w14:textId="77777777" w:rsidR="00C65EF4" w:rsidRDefault="00C65EF4">
      <w:pPr>
        <w:spacing w:before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C65EF4" w14:paraId="3C59199A" w14:textId="77777777">
        <w:trPr>
          <w:jc w:val="center"/>
        </w:trPr>
        <w:tc>
          <w:tcPr>
            <w:tcW w:w="4819" w:type="dxa"/>
          </w:tcPr>
          <w:p w14:paraId="6EB7D3C0" w14:textId="77777777" w:rsidR="00C65EF4" w:rsidRDefault="00000000">
            <w:r>
              <w:rPr>
                <w:b/>
                <w:sz w:val="18"/>
              </w:rPr>
              <w:t>Bestellt am (*)</w:t>
            </w:r>
          </w:p>
        </w:tc>
        <w:tc>
          <w:tcPr>
            <w:tcW w:w="4819" w:type="dxa"/>
          </w:tcPr>
          <w:p w14:paraId="1D435D25" w14:textId="77777777" w:rsidR="00C65EF4" w:rsidRDefault="00000000">
            <w:r>
              <w:rPr>
                <w:b/>
                <w:sz w:val="18"/>
              </w:rPr>
              <w:t>Erhalten am (*)</w:t>
            </w:r>
          </w:p>
        </w:tc>
      </w:tr>
      <w:tr w:rsidR="00C65EF4" w14:paraId="2724EB0B" w14:textId="77777777">
        <w:trPr>
          <w:jc w:val="center"/>
        </w:trPr>
        <w:tc>
          <w:tcPr>
            <w:tcW w:w="4819" w:type="dxa"/>
          </w:tcPr>
          <w:p w14:paraId="4137F586" w14:textId="77777777" w:rsidR="00C65EF4" w:rsidRDefault="00000000">
            <w:r>
              <w:t>____________________________________</w:t>
            </w:r>
          </w:p>
        </w:tc>
        <w:tc>
          <w:tcPr>
            <w:tcW w:w="4819" w:type="dxa"/>
          </w:tcPr>
          <w:p w14:paraId="1AD2E196" w14:textId="77777777" w:rsidR="00C65EF4" w:rsidRDefault="00000000">
            <w:r>
              <w:t>____________________________________</w:t>
            </w:r>
          </w:p>
        </w:tc>
      </w:tr>
    </w:tbl>
    <w:p w14:paraId="4E59DDA3" w14:textId="77777777" w:rsidR="00C65EF4" w:rsidRDefault="00C65EF4"/>
    <w:p w14:paraId="68988B7B" w14:textId="77777777" w:rsidR="00C65EF4" w:rsidRDefault="00000000">
      <w:pPr>
        <w:spacing w:after="40"/>
        <w:rPr>
          <w:b/>
          <w:sz w:val="18"/>
        </w:rPr>
      </w:pPr>
      <w:r>
        <w:rPr>
          <w:b/>
          <w:sz w:val="18"/>
        </w:rPr>
        <w:t>Name des/der Verbraucher(s)</w:t>
      </w:r>
    </w:p>
    <w:p w14:paraId="66E9902A" w14:textId="77777777" w:rsidR="00A61D2C" w:rsidRDefault="00A61D2C">
      <w:pPr>
        <w:spacing w:after="40"/>
      </w:pPr>
    </w:p>
    <w:p w14:paraId="3F2BE2A6" w14:textId="77777777" w:rsidR="00C65EF4" w:rsidRDefault="00000000">
      <w:pPr>
        <w:spacing w:after="60" w:line="240" w:lineRule="auto"/>
      </w:pPr>
      <w:r>
        <w:rPr>
          <w:color w:val="AAB0B8"/>
        </w:rPr>
        <w:t>________________________________________________________________________________</w:t>
      </w:r>
    </w:p>
    <w:p w14:paraId="11A2C28A" w14:textId="77777777" w:rsidR="00C65EF4" w:rsidRDefault="00000000">
      <w:pPr>
        <w:spacing w:after="40"/>
        <w:rPr>
          <w:b/>
          <w:sz w:val="18"/>
        </w:rPr>
      </w:pPr>
      <w:r>
        <w:rPr>
          <w:b/>
          <w:sz w:val="18"/>
        </w:rPr>
        <w:t>Anschrift des/der Verbraucher(s)</w:t>
      </w:r>
    </w:p>
    <w:p w14:paraId="782ECF7B" w14:textId="77777777" w:rsidR="00A61D2C" w:rsidRDefault="00A61D2C">
      <w:pPr>
        <w:spacing w:after="40"/>
      </w:pPr>
    </w:p>
    <w:p w14:paraId="2C0DDF82" w14:textId="77777777" w:rsidR="00C65EF4" w:rsidRDefault="00000000">
      <w:pPr>
        <w:spacing w:after="60" w:line="240" w:lineRule="auto"/>
      </w:pPr>
      <w:r>
        <w:rPr>
          <w:color w:val="AAB0B8"/>
        </w:rPr>
        <w:t>________________________________________________________________________________</w:t>
      </w:r>
    </w:p>
    <w:p w14:paraId="79C112F8" w14:textId="77777777" w:rsidR="00A61D2C" w:rsidRDefault="00000000">
      <w:pPr>
        <w:spacing w:after="60" w:line="240" w:lineRule="auto"/>
        <w:rPr>
          <w:color w:val="AAB0B8"/>
        </w:rPr>
      </w:pPr>
      <w:r>
        <w:rPr>
          <w:color w:val="AAB0B8"/>
        </w:rPr>
        <w:t>___________________________</w:t>
      </w:r>
    </w:p>
    <w:p w14:paraId="2B443A9F" w14:textId="36DA8F88" w:rsidR="00C65EF4" w:rsidRDefault="00000000">
      <w:pPr>
        <w:spacing w:after="60" w:line="240" w:lineRule="auto"/>
        <w:rPr>
          <w:color w:val="AAB0B8"/>
        </w:rPr>
      </w:pPr>
      <w:r>
        <w:rPr>
          <w:color w:val="AAB0B8"/>
        </w:rPr>
        <w:t>_____________________________________________________</w:t>
      </w:r>
    </w:p>
    <w:p w14:paraId="4EA55188" w14:textId="77777777" w:rsidR="00A61D2C" w:rsidRDefault="00A61D2C">
      <w:pPr>
        <w:spacing w:after="6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C65EF4" w14:paraId="652C1C3E" w14:textId="77777777">
        <w:trPr>
          <w:jc w:val="center"/>
        </w:trPr>
        <w:tc>
          <w:tcPr>
            <w:tcW w:w="4819" w:type="dxa"/>
          </w:tcPr>
          <w:p w14:paraId="7389A8AB" w14:textId="77777777" w:rsidR="00C65EF4" w:rsidRDefault="00000000">
            <w:r>
              <w:rPr>
                <w:b/>
                <w:sz w:val="18"/>
              </w:rPr>
              <w:t>Datum</w:t>
            </w:r>
          </w:p>
        </w:tc>
        <w:tc>
          <w:tcPr>
            <w:tcW w:w="4819" w:type="dxa"/>
          </w:tcPr>
          <w:p w14:paraId="0318B032" w14:textId="77777777" w:rsidR="00C65EF4" w:rsidRDefault="00000000">
            <w:r>
              <w:rPr>
                <w:b/>
                <w:sz w:val="18"/>
              </w:rPr>
              <w:t>Unterschrift des/der Verbraucher(s)</w:t>
            </w:r>
            <w:r>
              <w:rPr>
                <w:color w:val="646C74"/>
                <w:sz w:val="15"/>
              </w:rPr>
              <w:br/>
              <w:t>(nur bei Mitteilung auf Papier)</w:t>
            </w:r>
          </w:p>
        </w:tc>
      </w:tr>
      <w:tr w:rsidR="00C65EF4" w14:paraId="4A79ED80" w14:textId="77777777">
        <w:trPr>
          <w:jc w:val="center"/>
        </w:trPr>
        <w:tc>
          <w:tcPr>
            <w:tcW w:w="4819" w:type="dxa"/>
          </w:tcPr>
          <w:p w14:paraId="68446B90" w14:textId="77777777" w:rsidR="00C65EF4" w:rsidRDefault="00000000">
            <w:r>
              <w:t>____________________________________</w:t>
            </w:r>
          </w:p>
        </w:tc>
        <w:tc>
          <w:tcPr>
            <w:tcW w:w="4819" w:type="dxa"/>
          </w:tcPr>
          <w:p w14:paraId="23DF5984" w14:textId="77777777" w:rsidR="00C65EF4" w:rsidRDefault="00000000">
            <w:r>
              <w:t>____________________________________</w:t>
            </w:r>
          </w:p>
        </w:tc>
      </w:tr>
    </w:tbl>
    <w:p w14:paraId="42992B74" w14:textId="77777777" w:rsidR="00C65EF4" w:rsidRDefault="00000000">
      <w:pPr>
        <w:pBdr>
          <w:top w:val="single" w:sz="4" w:space="5" w:color="D7DDE4"/>
        </w:pBdr>
        <w:spacing w:before="240"/>
      </w:pPr>
      <w:r>
        <w:rPr>
          <w:sz w:val="17"/>
        </w:rPr>
        <w:t>(*) Unzutreffendes streichen.</w:t>
      </w:r>
    </w:p>
    <w:p w14:paraId="0924E6D2" w14:textId="77777777" w:rsidR="00C65EF4" w:rsidRDefault="00000000">
      <w:pPr>
        <w:jc w:val="right"/>
      </w:pPr>
      <w:r>
        <w:rPr>
          <w:color w:val="6C7680"/>
          <w:sz w:val="15"/>
        </w:rPr>
        <w:t>Muster gemäß Anlage 2 zu Artikel 246a EGBGB | Stand: August 2026</w:t>
      </w:r>
    </w:p>
    <w:sectPr w:rsidR="00C65EF4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0745226">
    <w:abstractNumId w:val="8"/>
  </w:num>
  <w:num w:numId="2" w16cid:durableId="2082171254">
    <w:abstractNumId w:val="6"/>
  </w:num>
  <w:num w:numId="3" w16cid:durableId="502890282">
    <w:abstractNumId w:val="5"/>
  </w:num>
  <w:num w:numId="4" w16cid:durableId="1125078199">
    <w:abstractNumId w:val="4"/>
  </w:num>
  <w:num w:numId="5" w16cid:durableId="558635184">
    <w:abstractNumId w:val="7"/>
  </w:num>
  <w:num w:numId="6" w16cid:durableId="688603530">
    <w:abstractNumId w:val="3"/>
  </w:num>
  <w:num w:numId="7" w16cid:durableId="1598561001">
    <w:abstractNumId w:val="2"/>
  </w:num>
  <w:num w:numId="8" w16cid:durableId="1801414471">
    <w:abstractNumId w:val="1"/>
  </w:num>
  <w:num w:numId="9" w16cid:durableId="969431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61D2C"/>
    <w:rsid w:val="00AA1D8D"/>
    <w:rsid w:val="00B47730"/>
    <w:rsid w:val="00C65EF4"/>
    <w:rsid w:val="00CB0664"/>
    <w:rsid w:val="00D544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AAFEEA"/>
  <w14:defaultImageDpi w14:val="300"/>
  <w15:docId w15:val="{2A6E1709-AD90-4A09-9E78-7152464C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ptos" w:eastAsia="Aptos" w:hAnsi="Aptos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1256</Characters>
  <Application>Microsoft Office Word</Application>
  <DocSecurity>0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SehVia Muster-Widerrufsformular</dc:title>
  <dc:subject>Muster-Widerrufsformular gemäß Anlage 2 zu Artikel 246a EGBGB</dc:subject>
  <dc:creator>SehVia - Mobiler Optiker, Jennifer Gruhne</dc:creator>
  <cp:keywords/>
  <dc:description>generated by python-docx</dc:description>
  <cp:lastModifiedBy>Jennifer Gruhne</cp:lastModifiedBy>
  <cp:revision>2</cp:revision>
  <dcterms:created xsi:type="dcterms:W3CDTF">2013-12-23T23:15:00Z</dcterms:created>
  <dcterms:modified xsi:type="dcterms:W3CDTF">2026-08-03T12:36:00Z</dcterms:modified>
  <cp:category/>
</cp:coreProperties>
</file>